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98"/>
        <w:gridCol w:w="8107"/>
      </w:tblGrid>
      <w:tr>
        <w:tc>
          <w:tcPr>
            <w:tcW w:type="dxa" w:w="2098"/>
          </w:tcPr>
          <w:p>
            <w:r>
              <w:drawing>
                <wp:inline xmlns:a="http://schemas.openxmlformats.org/drawingml/2006/main" xmlns:pic="http://schemas.openxmlformats.org/drawingml/2006/picture">
                  <wp:extent cx="900000" cy="11623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fsul-sapirang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11623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07"/>
          </w:tcPr>
          <w:p>
            <w:pPr>
              <w:spacing w:before="120"/>
            </w:pPr>
            <w:r>
              <w:rPr>
                <w:b/>
                <w:color w:val="194E2B"/>
                <w:sz w:val="26"/>
              </w:rPr>
              <w:t>IX FECITI 2026</w:t>
            </w:r>
          </w:p>
          <w:p>
            <w:pPr>
              <w:pStyle w:val="Title"/>
            </w:pPr>
            <w:r>
              <w:t>AUTORIZAÇÃO DE USO</w:t>
              <w:br/>
              <w:t>DE IMAGEM E VOZ</w:t>
            </w:r>
          </w:p>
          <w:p>
            <w:r>
              <w:rPr>
                <w:sz w:val="18"/>
              </w:rPr>
              <w:t>21 de outubro de 2026 | IFSul - Campus Sapiranga</w:t>
            </w:r>
          </w:p>
        </w:tc>
      </w:tr>
    </w:tbl>
    <w:p>
      <w:pPr>
        <w:spacing w:after="0"/>
      </w:pPr>
    </w:p>
    <w:p>
      <w:pPr>
        <w:keepNext/>
        <w:spacing w:before="100"/>
      </w:pPr>
      <w:r>
        <w:rPr>
          <w:b/>
        </w:rPr>
        <w:t>1. Identificação do(a) aluno(a)</w:t>
      </w:r>
    </w:p>
    <w:p>
      <w:pPr>
        <w:tabs>
          <w:tab w:pos="10035" w:val="left" w:leader="underscore"/>
        </w:tabs>
        <w:spacing w:after="180"/>
      </w:pPr>
      <w:r>
        <w:t xml:space="preserve">Nome completo: </w:t>
      </w:r>
      <w:r>
        <w:tab/>
      </w:r>
    </w:p>
    <w:p>
      <w:pPr>
        <w:tabs>
          <w:tab w:pos="10035" w:val="left" w:leader="underscore"/>
        </w:tabs>
        <w:spacing w:after="180"/>
      </w:pPr>
      <w:r>
        <w:t xml:space="preserve">Data de nascimento: </w:t>
      </w:r>
      <w:r>
        <w:tab/>
      </w:r>
    </w:p>
    <w:p>
      <w:pPr>
        <w:tabs>
          <w:tab w:pos="10035" w:val="left" w:leader="underscore"/>
        </w:tabs>
        <w:spacing w:after="180"/>
      </w:pPr>
      <w:r>
        <w:t xml:space="preserve">Instituição de ensino: </w:t>
      </w:r>
      <w:r>
        <w:tab/>
      </w:r>
    </w:p>
    <w:p>
      <w:pPr>
        <w:keepNext/>
        <w:spacing w:before="100"/>
      </w:pPr>
      <w:r>
        <w:rPr>
          <w:b/>
        </w:rPr>
        <w:t>2. Responsável legal (preencher se o(a) aluno(a) tiver menos de 18 anos)</w:t>
      </w:r>
    </w:p>
    <w:p>
      <w:pPr>
        <w:tabs>
          <w:tab w:pos="10035" w:val="left" w:leader="underscore"/>
        </w:tabs>
        <w:spacing w:after="180"/>
      </w:pPr>
      <w:r>
        <w:t xml:space="preserve">Nome completo: </w:t>
      </w:r>
      <w:r>
        <w:tab/>
      </w:r>
    </w:p>
    <w:p>
      <w:pPr>
        <w:tabs>
          <w:tab w:pos="10035" w:val="left" w:leader="underscore"/>
        </w:tabs>
        <w:spacing w:after="180"/>
      </w:pPr>
      <w:r>
        <w:t xml:space="preserve">Vínculo com o(a) aluno(a): </w:t>
      </w:r>
      <w:r>
        <w:tab/>
      </w:r>
    </w:p>
    <w:p>
      <w:pPr>
        <w:tabs>
          <w:tab w:pos="10035" w:val="left" w:leader="underscore"/>
        </w:tabs>
        <w:spacing w:after="180"/>
      </w:pPr>
      <w:r>
        <w:t xml:space="preserve">Telefone ou e-mail para contato: </w:t>
      </w:r>
      <w:r>
        <w:tab/>
      </w:r>
    </w:p>
    <w:p>
      <w:pPr>
        <w:keepNext/>
        <w:spacing w:before="100"/>
      </w:pPr>
      <w:r>
        <w:rPr>
          <w:b/>
        </w:rPr>
        <w:t>3. Autorização</w:t>
      </w:r>
    </w:p>
    <w:p>
      <w:r>
        <w:rPr>
          <w:b w:val="0"/>
        </w:rPr>
        <w:t xml:space="preserve">Eu, aluno(a) com 18 anos ou mais identificado(a) acima ou, se menor de idade, seu responsável legal, </w:t>
      </w:r>
      <w:r>
        <w:rPr>
          <w:b/>
        </w:rPr>
        <w:t>autorizo o Instituto Federal Sul-rio-grandense (IFSul) - Campus Sapiranga</w:t>
      </w:r>
      <w:r>
        <w:rPr>
          <w:b w:val="0"/>
        </w:rPr>
        <w:t xml:space="preserve"> a captar e utilizar a imagem e a voz do(a) aluno(a) em fotografias, vídeos e gravações de áudio realizados no âmbito da </w:t>
      </w:r>
      <w:r>
        <w:rPr>
          <w:b/>
        </w:rPr>
        <w:t>IX FECITI, em 21 de outubro de 2026, em Sapiranga - RS</w:t>
      </w:r>
      <w:r>
        <w:rPr>
          <w:b w:val="0"/>
        </w:rPr>
        <w:t>.</w:t>
      </w:r>
    </w:p>
    <w:p>
      <w:r>
        <w:rPr>
          <w:b w:val="0"/>
        </w:rPr>
        <w:t>A autorização é gratuita e destinada exclusivamente à divulgação institucional, educativa e científica desta edição do evento, incluindo notícias, resultados e registros de suas atividades, em sites e perfis oficiais do IFSul e da FECITI, materiais impressos e apresentações institucionais. Publicações na internet poderão ser acessadas pelo público em geral.</w:t>
      </w:r>
    </w:p>
    <w:p>
      <w:r>
        <w:rPr>
          <w:b w:val="0"/>
        </w:rPr>
        <w:t>O uso deverá respeitar a dignidade, a honra e a imagem do(a) aluno(a), sem exposição constrangedora, alteração de contexto ou finalidade comercial. Esta autorização não abrange campanhas ou finalidades sem relação com a IX FECITI.</w:t>
      </w:r>
    </w:p>
    <w:p>
      <w:r>
        <w:rPr>
          <w:b w:val="0"/>
        </w:rPr>
        <w:t>A autorização é facultativa; a recusa não impede a participação no evento.</w:t>
      </w:r>
    </w:p>
    <w:p>
      <w:r>
        <w:rPr>
          <w:b w:val="0"/>
        </w:rPr>
        <w:t>Declaro que li e compreendi este termo e, quando assino por aluno(a) menor de idade, que sou seu responsável legal.</w:t>
      </w:r>
    </w:p>
    <w:p>
      <w:r>
        <w:t>Local: ______________________________   Data: ______ / ______ / __________</w:t>
      </w:r>
    </w:p>
    <w:p>
      <w:pPr>
        <w:spacing w:before="320" w:after="60"/>
        <w:jc w:val="center"/>
      </w:pPr>
      <w:r>
        <w:t>____________________________________________________________</w:t>
      </w:r>
    </w:p>
    <w:p>
      <w:pPr>
        <w:spacing w:after="60"/>
        <w:jc w:val="center"/>
      </w:pPr>
      <w:r>
        <w:rPr>
          <w:b/>
          <w:sz w:val="18"/>
        </w:rPr>
        <w:t>Assinatura do(a) aluno(a) maior de idade ou do responsável legal</w:t>
      </w:r>
    </w:p>
    <w:p>
      <w:pPr>
        <w:jc w:val="center"/>
      </w:pPr>
      <w:r>
        <w:rPr>
          <w:sz w:val="18"/>
        </w:rPr>
        <w:t>Para menores de 18 anos, a assinatura deve ser do responsável legal.</w:t>
      </w:r>
    </w:p>
    <w:sectPr w:rsidR="00FC693F" w:rsidRPr="0006063C" w:rsidSect="00034616">
      <w:footerReference w:type="default" r:id="rId10"/>
      <w:pgSz w:w="11906" w:h="16838"/>
      <w:pgMar w:top="680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94E2B"/>
        <w:sz w:val="16"/>
      </w:rPr>
      <w:t>IX FECITI 2026 | IFSul - Campus Sapiranga | Sapiranga - RS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40"/>
    </w:pPr>
    <w:rPr>
      <w:rFonts w:ascii="Arial" w:hAnsi="Arial"/>
      <w:color w:val="25332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94E2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Autorização de uso de imagem e voz - IX FECITI 2026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